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2409"/>
        <w:gridCol w:w="2409"/>
        <w:gridCol w:w="3212"/>
      </w:tblGrid>
      <w:tr w:rsidR="005A1E13" w14:paraId="5716EEB1" w14:textId="77777777" w:rsidTr="00B07360">
        <w:trPr>
          <w:cantSplit/>
          <w:trHeight w:val="510"/>
        </w:trPr>
        <w:tc>
          <w:tcPr>
            <w:tcW w:w="1606" w:type="dxa"/>
            <w:vMerge w:val="restart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shd w:val="clear" w:color="auto" w:fill="F0F0F0"/>
            <w:vAlign w:val="center"/>
            <w:hideMark/>
          </w:tcPr>
          <w:p w14:paraId="6E281C5A" w14:textId="77777777" w:rsidR="005A1E13" w:rsidRDefault="005A1E13" w:rsidP="00D145C9">
            <w:pPr>
              <w:keepNext/>
              <w:jc w:val="center"/>
            </w:pPr>
            <w:r>
              <w:rPr>
                <w:noProof/>
              </w:rPr>
              <w:drawing>
                <wp:inline distT="0" distB="0" distL="0" distR="0" wp14:anchorId="3B32C89B" wp14:editId="2646B209">
                  <wp:extent cx="885825" cy="895350"/>
                  <wp:effectExtent l="0" t="0" r="952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895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30" w:type="dxa"/>
            <w:gridSpan w:val="3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shd w:val="clear" w:color="auto" w:fill="F0F0F0"/>
            <w:vAlign w:val="center"/>
            <w:hideMark/>
          </w:tcPr>
          <w:p w14:paraId="13D48DED" w14:textId="77777777" w:rsidR="005A1E13" w:rsidRDefault="005A1E13" w:rsidP="00D145C9">
            <w:pPr>
              <w:keepNext/>
            </w:pPr>
            <w:r>
              <w:rPr>
                <w:b/>
                <w:color w:val="0D5F78"/>
              </w:rPr>
              <w:t>Județul</w:t>
            </w:r>
          </w:p>
          <w:p w14:paraId="5C557FDB" w14:textId="77777777" w:rsidR="005A1E13" w:rsidRDefault="005A1E13" w:rsidP="00D145C9">
            <w:pPr>
              <w:keepNext/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</w:rPr>
              <w:t>BACĂU</w:t>
            </w:r>
          </w:p>
        </w:tc>
      </w:tr>
      <w:tr w:rsidR="005A1E13" w14:paraId="1F887203" w14:textId="77777777" w:rsidTr="00B07360">
        <w:trPr>
          <w:cantSplit/>
          <w:trHeight w:val="510"/>
        </w:trPr>
        <w:tc>
          <w:tcPr>
            <w:tcW w:w="9636" w:type="dxa"/>
            <w:vMerge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shd w:val="clear" w:color="auto" w:fill="F0F0F0"/>
            <w:vAlign w:val="center"/>
            <w:hideMark/>
          </w:tcPr>
          <w:p w14:paraId="25CFD8FD" w14:textId="77777777" w:rsidR="005A1E13" w:rsidRDefault="005A1E13" w:rsidP="00D145C9"/>
        </w:tc>
        <w:tc>
          <w:tcPr>
            <w:tcW w:w="8030" w:type="dxa"/>
            <w:gridSpan w:val="3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shd w:val="clear" w:color="auto" w:fill="F0F0F0"/>
            <w:vAlign w:val="center"/>
            <w:hideMark/>
          </w:tcPr>
          <w:p w14:paraId="31C42FD6" w14:textId="77777777" w:rsidR="005A1E13" w:rsidRDefault="005A1E13" w:rsidP="00D145C9">
            <w:pPr>
              <w:keepNext/>
            </w:pPr>
            <w:r>
              <w:rPr>
                <w:b/>
                <w:color w:val="0D5F78"/>
              </w:rPr>
              <w:t>Autoritatea administrației publice</w:t>
            </w:r>
          </w:p>
          <w:p w14:paraId="4E6BFAFC" w14:textId="77777777" w:rsidR="005A1E13" w:rsidRDefault="005A1E13" w:rsidP="00D145C9">
            <w:pPr>
              <w:keepNext/>
              <w:spacing w:before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CONSILIUL JUDEȚEAN BACĂU</w:t>
            </w:r>
          </w:p>
        </w:tc>
      </w:tr>
      <w:tr w:rsidR="005A1E13" w14:paraId="1F34E815" w14:textId="77777777" w:rsidTr="00B07360">
        <w:trPr>
          <w:cantSplit/>
          <w:trHeight w:val="510"/>
        </w:trPr>
        <w:tc>
          <w:tcPr>
            <w:tcW w:w="9636" w:type="dxa"/>
            <w:vMerge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shd w:val="clear" w:color="auto" w:fill="F0F0F0"/>
            <w:vAlign w:val="center"/>
            <w:hideMark/>
          </w:tcPr>
          <w:p w14:paraId="508A961C" w14:textId="77777777" w:rsidR="005A1E13" w:rsidRDefault="005A1E13" w:rsidP="00D145C9"/>
        </w:tc>
        <w:tc>
          <w:tcPr>
            <w:tcW w:w="2409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shd w:val="clear" w:color="auto" w:fill="F0F0F0"/>
            <w:hideMark/>
          </w:tcPr>
          <w:p w14:paraId="6FAD92C6" w14:textId="77777777" w:rsidR="005A1E13" w:rsidRDefault="005A1E13" w:rsidP="00D145C9">
            <w:pPr>
              <w:keepNext/>
              <w:rPr>
                <w:lang w:val="fr-FR"/>
              </w:rPr>
            </w:pPr>
            <w:r>
              <w:rPr>
                <w:b/>
                <w:color w:val="0D5F78"/>
                <w:lang w:val="fr-FR"/>
              </w:rPr>
              <w:t>Cod de identificare fiscală (CIF)</w:t>
            </w:r>
          </w:p>
          <w:p w14:paraId="70E4B7A1" w14:textId="77777777" w:rsidR="005A1E13" w:rsidRDefault="005A1E13" w:rsidP="00D145C9">
            <w:pPr>
              <w:keepNext/>
              <w:rPr>
                <w:sz w:val="18"/>
                <w:szCs w:val="18"/>
                <w:lang w:val="fr-FR"/>
              </w:rPr>
            </w:pPr>
            <w:r>
              <w:rPr>
                <w:sz w:val="18"/>
                <w:szCs w:val="18"/>
                <w:lang w:val="fr-FR"/>
              </w:rPr>
              <w:t>5057580</w:t>
            </w:r>
          </w:p>
        </w:tc>
        <w:tc>
          <w:tcPr>
            <w:tcW w:w="5621" w:type="dxa"/>
            <w:gridSpan w:val="2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shd w:val="clear" w:color="auto" w:fill="F0F0F0"/>
            <w:hideMark/>
          </w:tcPr>
          <w:p w14:paraId="11658584" w14:textId="77777777" w:rsidR="005A1E13" w:rsidRDefault="005A1E13" w:rsidP="00D145C9">
            <w:pPr>
              <w:keepNext/>
            </w:pPr>
            <w:r>
              <w:rPr>
                <w:b/>
                <w:color w:val="0D5F78"/>
              </w:rPr>
              <w:t>Adresa oficială</w:t>
            </w:r>
          </w:p>
          <w:p w14:paraId="7EBFCD53" w14:textId="77777777" w:rsidR="005A1E13" w:rsidRDefault="005A1E13" w:rsidP="00D145C9">
            <w:pPr>
              <w:keepNext/>
              <w:rPr>
                <w:sz w:val="18"/>
                <w:szCs w:val="18"/>
              </w:rPr>
            </w:pPr>
            <w:r>
              <w:rPr>
                <w:i/>
                <w:color w:val="000000" w:themeColor="text1"/>
                <w:sz w:val="18"/>
                <w:szCs w:val="18"/>
              </w:rPr>
              <w:t xml:space="preserve">Bacău, Calea Mărășești nr. 2; 0234-537.200, </w:t>
            </w:r>
            <w:hyperlink r:id="rId9" w:history="1">
              <w:r>
                <w:rPr>
                  <w:rStyle w:val="Hyperlink"/>
                  <w:i/>
                  <w:sz w:val="18"/>
                  <w:szCs w:val="18"/>
                </w:rPr>
                <w:t>csjbacau@csjbacau.ro</w:t>
              </w:r>
            </w:hyperlink>
            <w:r>
              <w:rPr>
                <w:i/>
                <w:color w:val="7A7A7A"/>
                <w:sz w:val="18"/>
                <w:szCs w:val="18"/>
              </w:rPr>
              <w:t xml:space="preserve"> </w:t>
            </w:r>
          </w:p>
        </w:tc>
      </w:tr>
      <w:tr w:rsidR="005A1E13" w14:paraId="4890EF36" w14:textId="77777777" w:rsidTr="00B07360">
        <w:trPr>
          <w:cantSplit/>
          <w:trHeight w:val="510"/>
        </w:trPr>
        <w:tc>
          <w:tcPr>
            <w:tcW w:w="9636" w:type="dxa"/>
            <w:vMerge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shd w:val="clear" w:color="auto" w:fill="F0F0F0"/>
            <w:vAlign w:val="center"/>
            <w:hideMark/>
          </w:tcPr>
          <w:p w14:paraId="4BB83C14" w14:textId="77777777" w:rsidR="005A1E13" w:rsidRDefault="005A1E13" w:rsidP="00D145C9"/>
        </w:tc>
        <w:tc>
          <w:tcPr>
            <w:tcW w:w="4818" w:type="dxa"/>
            <w:gridSpan w:val="2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shd w:val="clear" w:color="auto" w:fill="F0F0F0"/>
          </w:tcPr>
          <w:p w14:paraId="75E5ABEC" w14:textId="77777777" w:rsidR="005A1E13" w:rsidRDefault="005A1E13" w:rsidP="00D145C9">
            <w:pPr>
              <w:keepNext/>
            </w:pPr>
            <w:r>
              <w:rPr>
                <w:b/>
                <w:color w:val="0D5F78"/>
              </w:rPr>
              <w:t>Număr de înregistrare</w:t>
            </w:r>
          </w:p>
          <w:p w14:paraId="070162B7" w14:textId="77777777" w:rsidR="005A1E13" w:rsidRDefault="005A1E13" w:rsidP="00D145C9">
            <w:pPr>
              <w:keepNext/>
            </w:pPr>
          </w:p>
        </w:tc>
        <w:tc>
          <w:tcPr>
            <w:tcW w:w="3212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shd w:val="clear" w:color="auto" w:fill="F0F0F0"/>
          </w:tcPr>
          <w:p w14:paraId="5B34C232" w14:textId="77777777" w:rsidR="005A1E13" w:rsidRDefault="005A1E13" w:rsidP="00D145C9">
            <w:pPr>
              <w:keepNext/>
            </w:pPr>
            <w:r>
              <w:rPr>
                <w:b/>
                <w:color w:val="0D5F78"/>
              </w:rPr>
              <w:t>Data</w:t>
            </w:r>
          </w:p>
          <w:p w14:paraId="120AEF74" w14:textId="77777777" w:rsidR="005A1E13" w:rsidRDefault="005A1E13" w:rsidP="00D145C9">
            <w:pPr>
              <w:keepNext/>
            </w:pPr>
          </w:p>
        </w:tc>
      </w:tr>
      <w:tr w:rsidR="005A1E13" w14:paraId="576E3D4E" w14:textId="77777777" w:rsidTr="00D145C9">
        <w:trPr>
          <w:cantSplit/>
        </w:trPr>
        <w:tc>
          <w:tcPr>
            <w:tcW w:w="9636" w:type="dxa"/>
            <w:gridSpan w:val="4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shd w:val="clear" w:color="auto" w:fill="F0F0F0"/>
            <w:hideMark/>
          </w:tcPr>
          <w:p w14:paraId="7B35BBB0" w14:textId="77777777" w:rsidR="005A1E13" w:rsidRDefault="005A1E13" w:rsidP="00D145C9">
            <w:pPr>
              <w:rPr>
                <w:lang w:val="fr-FR"/>
              </w:rPr>
            </w:pPr>
            <w:r>
              <w:rPr>
                <w:i/>
                <w:color w:val="595959"/>
                <w:lang w:val="fr-FR"/>
              </w:rPr>
              <w:t xml:space="preserve"> se completează de autoritate — solicitantul nu scrie în această zonă</w:t>
            </w:r>
          </w:p>
        </w:tc>
      </w:tr>
    </w:tbl>
    <w:p w14:paraId="186D47FF" w14:textId="77777777" w:rsidR="007A6244" w:rsidRPr="007F2503" w:rsidRDefault="0058225A">
      <w:pPr>
        <w:spacing w:before="140" w:after="40"/>
        <w:jc w:val="center"/>
        <w:rPr>
          <w:sz w:val="28"/>
          <w:szCs w:val="28"/>
        </w:rPr>
      </w:pPr>
      <w:r w:rsidRPr="007F2503">
        <w:rPr>
          <w:b/>
          <w:sz w:val="28"/>
          <w:szCs w:val="28"/>
        </w:rPr>
        <w:t>CERERE</w:t>
      </w:r>
    </w:p>
    <w:p w14:paraId="60B77D5E" w14:textId="77777777" w:rsidR="007A6244" w:rsidRDefault="007A6244">
      <w:pPr>
        <w:spacing w:after="60" w:line="168" w:lineRule="auto"/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9636"/>
      </w:tblGrid>
      <w:tr w:rsidR="007A6244" w14:paraId="20A6F2DD" w14:textId="77777777">
        <w:trPr>
          <w:cantSplit/>
        </w:trPr>
        <w:tc>
          <w:tcPr>
            <w:tcW w:w="9636" w:type="dxa"/>
            <w:shd w:val="clear" w:color="auto" w:fill="F4F4F4"/>
          </w:tcPr>
          <w:p w14:paraId="7A516BF1" w14:textId="77777777" w:rsidR="007A6244" w:rsidRDefault="0058225A">
            <w:pPr>
              <w:keepNext/>
            </w:pPr>
            <w:r>
              <w:rPr>
                <w:b/>
                <w:sz w:val="16"/>
              </w:rPr>
              <w:t xml:space="preserve"> 1. </w:t>
            </w:r>
            <w:r>
              <w:rPr>
                <w:b/>
                <w:color w:val="000000"/>
                <w:sz w:val="18"/>
              </w:rPr>
              <w:t>CĂTRE</w:t>
            </w:r>
          </w:p>
        </w:tc>
      </w:tr>
      <w:tr w:rsidR="007A6244" w:rsidRPr="007F2503" w14:paraId="215792C3" w14:textId="77777777">
        <w:trPr>
          <w:cantSplit/>
          <w:trHeight w:val="510"/>
        </w:trPr>
        <w:tc>
          <w:tcPr>
            <w:tcW w:w="9636" w:type="dxa"/>
          </w:tcPr>
          <w:p w14:paraId="3FBFDAEE" w14:textId="77777777" w:rsidR="007A6244" w:rsidRPr="009D5BC3" w:rsidRDefault="0058225A">
            <w:pPr>
              <w:keepNext/>
              <w:rPr>
                <w:lang w:val="fr-FR"/>
              </w:rPr>
            </w:pPr>
            <w:r w:rsidRPr="009D5BC3">
              <w:rPr>
                <w:b/>
                <w:color w:val="0D5F78"/>
                <w:lang w:val="fr-FR"/>
              </w:rPr>
              <w:t>Instituția</w:t>
            </w:r>
          </w:p>
          <w:p w14:paraId="3E3EC3B6" w14:textId="66522E26" w:rsidR="007A6244" w:rsidRPr="005A1E13" w:rsidRDefault="005A1E13" w:rsidP="00AA7A00">
            <w:pPr>
              <w:keepNext/>
              <w:rPr>
                <w:color w:val="000000" w:themeColor="text1"/>
                <w:sz w:val="22"/>
                <w:lang w:val="fr-FR"/>
              </w:rPr>
            </w:pPr>
            <w:r w:rsidRPr="00310E6F">
              <w:rPr>
                <w:color w:val="000000" w:themeColor="text1"/>
                <w:sz w:val="22"/>
                <w:lang w:val="fr-FR"/>
              </w:rPr>
              <w:t xml:space="preserve">Președintele </w:t>
            </w:r>
            <w:r w:rsidRPr="00310E6F">
              <w:rPr>
                <w:sz w:val="22"/>
              </w:rPr>
              <w:t>C</w:t>
            </w:r>
            <w:bookmarkStart w:id="0" w:name="_GoBack"/>
            <w:bookmarkEnd w:id="0"/>
            <w:r w:rsidRPr="00310E6F">
              <w:rPr>
                <w:sz w:val="22"/>
              </w:rPr>
              <w:t>onsiliului</w:t>
            </w:r>
            <w:r w:rsidRPr="00310E6F">
              <w:rPr>
                <w:color w:val="000000" w:themeColor="text1"/>
                <w:sz w:val="22"/>
                <w:lang w:val="fr-FR"/>
              </w:rPr>
              <w:t xml:space="preserve"> Județean Bacău</w:t>
            </w:r>
          </w:p>
          <w:p w14:paraId="08E70280" w14:textId="77777777" w:rsidR="007A6244" w:rsidRPr="009D5BC3" w:rsidRDefault="007A6244">
            <w:pPr>
              <w:keepNext/>
              <w:rPr>
                <w:lang w:val="fr-FR"/>
              </w:rPr>
            </w:pPr>
          </w:p>
        </w:tc>
      </w:tr>
      <w:tr w:rsidR="007A6244" w:rsidRPr="007F2503" w14:paraId="7776B59C" w14:textId="77777777">
        <w:trPr>
          <w:cantSplit/>
        </w:trPr>
        <w:tc>
          <w:tcPr>
            <w:tcW w:w="9636" w:type="dxa"/>
            <w:shd w:val="clear" w:color="auto" w:fill="F4F4F4"/>
          </w:tcPr>
          <w:p w14:paraId="37A60766" w14:textId="77777777" w:rsidR="007A6244" w:rsidRPr="009D5BC3" w:rsidRDefault="0058225A">
            <w:pPr>
              <w:spacing w:line="228" w:lineRule="auto"/>
              <w:rPr>
                <w:lang w:val="fr-FR"/>
              </w:rPr>
            </w:pPr>
            <w:r w:rsidRPr="009D5BC3">
              <w:rPr>
                <w:lang w:val="fr-FR"/>
              </w:rPr>
              <w:t>Cererea va fi transmisă către președintele consiliului județean, primarul general, primarul de sector sau primarul municipiului / orașului / comunei, după caz.</w:t>
            </w:r>
          </w:p>
        </w:tc>
      </w:tr>
    </w:tbl>
    <w:p w14:paraId="20220E8C" w14:textId="77777777" w:rsidR="007A6244" w:rsidRPr="009D5BC3" w:rsidRDefault="007A6244">
      <w:pPr>
        <w:spacing w:line="168" w:lineRule="auto"/>
        <w:rPr>
          <w:lang w:val="fr-FR"/>
        </w:rPr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1606"/>
        <w:gridCol w:w="803"/>
        <w:gridCol w:w="803"/>
        <w:gridCol w:w="803"/>
        <w:gridCol w:w="803"/>
        <w:gridCol w:w="1606"/>
        <w:gridCol w:w="1606"/>
      </w:tblGrid>
      <w:tr w:rsidR="007A6244" w14:paraId="46CFADD4" w14:textId="77777777">
        <w:trPr>
          <w:cantSplit/>
        </w:trPr>
        <w:tc>
          <w:tcPr>
            <w:tcW w:w="9636" w:type="dxa"/>
            <w:gridSpan w:val="8"/>
            <w:shd w:val="clear" w:color="auto" w:fill="F4F4F4"/>
          </w:tcPr>
          <w:p w14:paraId="5594C17D" w14:textId="77777777" w:rsidR="007A6244" w:rsidRDefault="0058225A">
            <w:pPr>
              <w:keepNext/>
            </w:pPr>
            <w:r w:rsidRPr="009D5BC3">
              <w:rPr>
                <w:b/>
                <w:sz w:val="16"/>
                <w:lang w:val="fr-FR"/>
              </w:rPr>
              <w:t xml:space="preserve"> </w:t>
            </w:r>
            <w:r>
              <w:rPr>
                <w:b/>
                <w:sz w:val="16"/>
              </w:rPr>
              <w:t xml:space="preserve">2. </w:t>
            </w:r>
            <w:r>
              <w:rPr>
                <w:b/>
                <w:color w:val="000000"/>
                <w:sz w:val="18"/>
              </w:rPr>
              <w:t>SOLICITANTUL</w:t>
            </w:r>
          </w:p>
        </w:tc>
      </w:tr>
      <w:tr w:rsidR="007A6244" w14:paraId="2A798EC7" w14:textId="77777777">
        <w:trPr>
          <w:cantSplit/>
          <w:trHeight w:val="510"/>
        </w:trPr>
        <w:tc>
          <w:tcPr>
            <w:tcW w:w="5621" w:type="dxa"/>
            <w:gridSpan w:val="5"/>
          </w:tcPr>
          <w:p w14:paraId="284C7A8E" w14:textId="77777777" w:rsidR="007A6244" w:rsidRDefault="0058225A">
            <w:pPr>
              <w:keepNext/>
            </w:pPr>
            <w:r>
              <w:rPr>
                <w:b/>
                <w:color w:val="0D5F78"/>
              </w:rPr>
              <w:t>Nume și prenume</w:t>
            </w:r>
          </w:p>
          <w:p w14:paraId="19065994" w14:textId="77777777" w:rsidR="007A6244" w:rsidRDefault="007A6244">
            <w:pPr>
              <w:keepNext/>
            </w:pPr>
          </w:p>
        </w:tc>
        <w:tc>
          <w:tcPr>
            <w:tcW w:w="4015" w:type="dxa"/>
            <w:gridSpan w:val="3"/>
          </w:tcPr>
          <w:p w14:paraId="23A73AE4" w14:textId="77777777" w:rsidR="007A6244" w:rsidRDefault="0058225A">
            <w:pPr>
              <w:keepNext/>
            </w:pPr>
            <w:r>
              <w:rPr>
                <w:b/>
                <w:color w:val="0D5F78"/>
              </w:rPr>
              <w:t>CNP</w:t>
            </w:r>
          </w:p>
          <w:p w14:paraId="618AF22D" w14:textId="77777777" w:rsidR="007A6244" w:rsidRDefault="007A6244">
            <w:pPr>
              <w:keepNext/>
            </w:pPr>
          </w:p>
        </w:tc>
      </w:tr>
      <w:tr w:rsidR="007A6244" w14:paraId="545EB231" w14:textId="77777777">
        <w:trPr>
          <w:cantSplit/>
        </w:trPr>
        <w:tc>
          <w:tcPr>
            <w:tcW w:w="9636" w:type="dxa"/>
            <w:gridSpan w:val="8"/>
            <w:shd w:val="clear" w:color="auto" w:fill="F4F4F4"/>
          </w:tcPr>
          <w:p w14:paraId="14672763" w14:textId="77777777" w:rsidR="007A6244" w:rsidRDefault="0058225A">
            <w:pPr>
              <w:keepNext/>
            </w:pPr>
            <w:r>
              <w:rPr>
                <w:sz w:val="16"/>
              </w:rPr>
              <w:t xml:space="preserve"> Act de identitate</w:t>
            </w:r>
          </w:p>
        </w:tc>
      </w:tr>
      <w:tr w:rsidR="007A6244" w14:paraId="26589197" w14:textId="77777777">
        <w:trPr>
          <w:cantSplit/>
          <w:trHeight w:val="510"/>
        </w:trPr>
        <w:tc>
          <w:tcPr>
            <w:tcW w:w="1606" w:type="dxa"/>
          </w:tcPr>
          <w:p w14:paraId="4FE6E89A" w14:textId="77777777" w:rsidR="007A6244" w:rsidRDefault="0058225A">
            <w:pPr>
              <w:keepNext/>
            </w:pPr>
            <w:r>
              <w:rPr>
                <w:b/>
                <w:color w:val="0D5F78"/>
              </w:rPr>
              <w:t>Seria</w:t>
            </w:r>
          </w:p>
          <w:p w14:paraId="68763DE0" w14:textId="77777777" w:rsidR="007A6244" w:rsidRDefault="007A6244">
            <w:pPr>
              <w:keepNext/>
            </w:pPr>
          </w:p>
        </w:tc>
        <w:tc>
          <w:tcPr>
            <w:tcW w:w="1606" w:type="dxa"/>
          </w:tcPr>
          <w:p w14:paraId="1B30A3BA" w14:textId="77777777" w:rsidR="007A6244" w:rsidRDefault="0058225A">
            <w:pPr>
              <w:keepNext/>
            </w:pPr>
            <w:r>
              <w:rPr>
                <w:b/>
                <w:color w:val="0D5F78"/>
              </w:rPr>
              <w:t>Numărul</w:t>
            </w:r>
          </w:p>
          <w:p w14:paraId="3405D8E2" w14:textId="77777777" w:rsidR="007A6244" w:rsidRDefault="007A6244">
            <w:pPr>
              <w:keepNext/>
            </w:pPr>
          </w:p>
        </w:tc>
        <w:tc>
          <w:tcPr>
            <w:tcW w:w="4818" w:type="dxa"/>
            <w:gridSpan w:val="5"/>
          </w:tcPr>
          <w:p w14:paraId="5F5E266C" w14:textId="77777777" w:rsidR="007A6244" w:rsidRDefault="0058225A">
            <w:pPr>
              <w:keepNext/>
            </w:pPr>
            <w:r>
              <w:rPr>
                <w:b/>
                <w:color w:val="0D5F78"/>
              </w:rPr>
              <w:t>Eliberat de</w:t>
            </w:r>
          </w:p>
          <w:p w14:paraId="39F4F2A6" w14:textId="77777777" w:rsidR="007A6244" w:rsidRDefault="007A6244">
            <w:pPr>
              <w:keepNext/>
            </w:pPr>
          </w:p>
        </w:tc>
        <w:tc>
          <w:tcPr>
            <w:tcW w:w="1606" w:type="dxa"/>
          </w:tcPr>
          <w:p w14:paraId="050D95FC" w14:textId="77777777" w:rsidR="007A6244" w:rsidRDefault="0058225A">
            <w:pPr>
              <w:keepNext/>
            </w:pPr>
            <w:r>
              <w:rPr>
                <w:b/>
                <w:color w:val="0D5F78"/>
              </w:rPr>
              <w:t>La data</w:t>
            </w:r>
          </w:p>
          <w:p w14:paraId="753FA98E" w14:textId="77777777" w:rsidR="007A6244" w:rsidRDefault="007A6244">
            <w:pPr>
              <w:keepNext/>
            </w:pPr>
          </w:p>
        </w:tc>
      </w:tr>
      <w:tr w:rsidR="007A6244" w14:paraId="67E3332A" w14:textId="77777777">
        <w:trPr>
          <w:cantSplit/>
        </w:trPr>
        <w:tc>
          <w:tcPr>
            <w:tcW w:w="9636" w:type="dxa"/>
            <w:gridSpan w:val="8"/>
            <w:shd w:val="clear" w:color="auto" w:fill="F4F4F4"/>
          </w:tcPr>
          <w:p w14:paraId="2ED62200" w14:textId="77777777" w:rsidR="007A6244" w:rsidRDefault="0058225A">
            <w:pPr>
              <w:keepNext/>
            </w:pPr>
            <w:r>
              <w:rPr>
                <w:sz w:val="16"/>
              </w:rPr>
              <w:t xml:space="preserve"> Domiciliul</w:t>
            </w:r>
          </w:p>
        </w:tc>
      </w:tr>
      <w:tr w:rsidR="007A6244" w14:paraId="3385B2BC" w14:textId="77777777">
        <w:trPr>
          <w:cantSplit/>
          <w:trHeight w:val="510"/>
        </w:trPr>
        <w:tc>
          <w:tcPr>
            <w:tcW w:w="3212" w:type="dxa"/>
            <w:gridSpan w:val="2"/>
          </w:tcPr>
          <w:p w14:paraId="122EB1F2" w14:textId="77777777" w:rsidR="007A6244" w:rsidRDefault="0058225A">
            <w:pPr>
              <w:keepNext/>
            </w:pPr>
            <w:r>
              <w:rPr>
                <w:b/>
                <w:color w:val="0D5F78"/>
              </w:rPr>
              <w:t>Județul</w:t>
            </w:r>
          </w:p>
          <w:p w14:paraId="246D42AB" w14:textId="77777777" w:rsidR="007A6244" w:rsidRDefault="007A6244">
            <w:pPr>
              <w:keepNext/>
            </w:pPr>
          </w:p>
        </w:tc>
        <w:tc>
          <w:tcPr>
            <w:tcW w:w="3212" w:type="dxa"/>
            <w:gridSpan w:val="4"/>
          </w:tcPr>
          <w:p w14:paraId="0EA364FA" w14:textId="77777777" w:rsidR="007A6244" w:rsidRDefault="0058225A">
            <w:pPr>
              <w:keepNext/>
            </w:pPr>
            <w:r>
              <w:rPr>
                <w:b/>
                <w:color w:val="0D5F78"/>
              </w:rPr>
              <w:t>Municipiul / orașul / comuna</w:t>
            </w:r>
          </w:p>
          <w:p w14:paraId="2D658FE8" w14:textId="77777777" w:rsidR="007A6244" w:rsidRDefault="007A6244">
            <w:pPr>
              <w:keepNext/>
            </w:pPr>
          </w:p>
        </w:tc>
        <w:tc>
          <w:tcPr>
            <w:tcW w:w="3212" w:type="dxa"/>
            <w:gridSpan w:val="2"/>
          </w:tcPr>
          <w:p w14:paraId="2C4E7CE4" w14:textId="77777777" w:rsidR="007A6244" w:rsidRDefault="0058225A">
            <w:pPr>
              <w:keepNext/>
            </w:pPr>
            <w:r>
              <w:rPr>
                <w:b/>
                <w:color w:val="0D5F78"/>
              </w:rPr>
              <w:t>Satul / sectorul</w:t>
            </w:r>
          </w:p>
          <w:p w14:paraId="5A1A06DA" w14:textId="77777777" w:rsidR="007A6244" w:rsidRDefault="007A6244">
            <w:pPr>
              <w:keepNext/>
            </w:pPr>
          </w:p>
        </w:tc>
      </w:tr>
      <w:tr w:rsidR="007A6244" w14:paraId="34698074" w14:textId="77777777">
        <w:trPr>
          <w:cantSplit/>
          <w:trHeight w:val="510"/>
        </w:trPr>
        <w:tc>
          <w:tcPr>
            <w:tcW w:w="3212" w:type="dxa"/>
            <w:gridSpan w:val="2"/>
          </w:tcPr>
          <w:p w14:paraId="2B26B276" w14:textId="77777777" w:rsidR="007A6244" w:rsidRDefault="0058225A">
            <w:pPr>
              <w:keepNext/>
            </w:pPr>
            <w:r>
              <w:rPr>
                <w:b/>
                <w:color w:val="0D5F78"/>
              </w:rPr>
              <w:t>Strada</w:t>
            </w:r>
          </w:p>
          <w:p w14:paraId="06991C62" w14:textId="77777777" w:rsidR="007A6244" w:rsidRDefault="007A6244">
            <w:pPr>
              <w:keepNext/>
            </w:pPr>
          </w:p>
        </w:tc>
        <w:tc>
          <w:tcPr>
            <w:tcW w:w="803" w:type="dxa"/>
          </w:tcPr>
          <w:p w14:paraId="3AE281F7" w14:textId="77777777" w:rsidR="007A6244" w:rsidRDefault="0058225A">
            <w:pPr>
              <w:keepNext/>
            </w:pPr>
            <w:r>
              <w:rPr>
                <w:b/>
                <w:color w:val="0D5F78"/>
              </w:rPr>
              <w:t>Nr.</w:t>
            </w:r>
          </w:p>
          <w:p w14:paraId="1EA0BA92" w14:textId="77777777" w:rsidR="007A6244" w:rsidRDefault="007A6244">
            <w:pPr>
              <w:keepNext/>
            </w:pPr>
          </w:p>
        </w:tc>
        <w:tc>
          <w:tcPr>
            <w:tcW w:w="803" w:type="dxa"/>
          </w:tcPr>
          <w:p w14:paraId="172244B7" w14:textId="77777777" w:rsidR="007A6244" w:rsidRDefault="0058225A">
            <w:pPr>
              <w:keepNext/>
            </w:pPr>
            <w:r>
              <w:rPr>
                <w:b/>
                <w:color w:val="0D5F78"/>
              </w:rPr>
              <w:t>Sc.</w:t>
            </w:r>
          </w:p>
          <w:p w14:paraId="18B2D382" w14:textId="77777777" w:rsidR="007A6244" w:rsidRDefault="007A6244">
            <w:pPr>
              <w:keepNext/>
            </w:pPr>
          </w:p>
        </w:tc>
        <w:tc>
          <w:tcPr>
            <w:tcW w:w="803" w:type="dxa"/>
          </w:tcPr>
          <w:p w14:paraId="1F68F074" w14:textId="77777777" w:rsidR="007A6244" w:rsidRDefault="0058225A">
            <w:pPr>
              <w:keepNext/>
            </w:pPr>
            <w:r>
              <w:rPr>
                <w:b/>
                <w:color w:val="0D5F78"/>
              </w:rPr>
              <w:t>Et.</w:t>
            </w:r>
          </w:p>
          <w:p w14:paraId="17DD5DE5" w14:textId="77777777" w:rsidR="007A6244" w:rsidRDefault="007A6244">
            <w:pPr>
              <w:keepNext/>
            </w:pPr>
          </w:p>
        </w:tc>
        <w:tc>
          <w:tcPr>
            <w:tcW w:w="803" w:type="dxa"/>
          </w:tcPr>
          <w:p w14:paraId="2267E62C" w14:textId="77777777" w:rsidR="007A6244" w:rsidRDefault="0058225A">
            <w:pPr>
              <w:keepNext/>
            </w:pPr>
            <w:r>
              <w:rPr>
                <w:b/>
                <w:color w:val="0D5F78"/>
              </w:rPr>
              <w:t>Ap.</w:t>
            </w:r>
          </w:p>
          <w:p w14:paraId="06F5E082" w14:textId="77777777" w:rsidR="007A6244" w:rsidRDefault="007A6244">
            <w:pPr>
              <w:keepNext/>
            </w:pPr>
          </w:p>
        </w:tc>
        <w:tc>
          <w:tcPr>
            <w:tcW w:w="1606" w:type="dxa"/>
          </w:tcPr>
          <w:p w14:paraId="21B28962" w14:textId="77777777" w:rsidR="007A6244" w:rsidRDefault="0058225A">
            <w:pPr>
              <w:keepNext/>
            </w:pPr>
            <w:r>
              <w:rPr>
                <w:b/>
                <w:color w:val="0D5F78"/>
              </w:rPr>
              <w:t>Cod poștal</w:t>
            </w:r>
          </w:p>
          <w:p w14:paraId="594D4A3E" w14:textId="77777777" w:rsidR="007A6244" w:rsidRDefault="007A6244">
            <w:pPr>
              <w:keepNext/>
            </w:pPr>
          </w:p>
        </w:tc>
        <w:tc>
          <w:tcPr>
            <w:tcW w:w="1606" w:type="dxa"/>
          </w:tcPr>
          <w:p w14:paraId="05261DF8" w14:textId="77777777" w:rsidR="007A6244" w:rsidRDefault="0058225A">
            <w:pPr>
              <w:keepNext/>
            </w:pPr>
            <w:r>
              <w:rPr>
                <w:b/>
                <w:color w:val="0D5F78"/>
              </w:rPr>
              <w:t>Țara</w:t>
            </w:r>
          </w:p>
          <w:p w14:paraId="225866B9" w14:textId="77777777" w:rsidR="007A6244" w:rsidRDefault="007A6244">
            <w:pPr>
              <w:keepNext/>
            </w:pPr>
          </w:p>
        </w:tc>
      </w:tr>
      <w:tr w:rsidR="007A6244" w14:paraId="7AF7ECDB" w14:textId="77777777">
        <w:trPr>
          <w:cantSplit/>
        </w:trPr>
        <w:tc>
          <w:tcPr>
            <w:tcW w:w="9636" w:type="dxa"/>
            <w:gridSpan w:val="8"/>
            <w:shd w:val="clear" w:color="auto" w:fill="F4F4F4"/>
          </w:tcPr>
          <w:p w14:paraId="4E71B34A" w14:textId="77777777" w:rsidR="007A6244" w:rsidRDefault="0058225A">
            <w:pPr>
              <w:keepNext/>
            </w:pPr>
            <w:r>
              <w:rPr>
                <w:sz w:val="16"/>
              </w:rPr>
              <w:t xml:space="preserve"> Date de contact</w:t>
            </w:r>
          </w:p>
        </w:tc>
      </w:tr>
      <w:tr w:rsidR="007A6244" w14:paraId="28F6921F" w14:textId="77777777">
        <w:trPr>
          <w:cantSplit/>
          <w:trHeight w:val="510"/>
        </w:trPr>
        <w:tc>
          <w:tcPr>
            <w:tcW w:w="4015" w:type="dxa"/>
            <w:gridSpan w:val="3"/>
          </w:tcPr>
          <w:p w14:paraId="144678A2" w14:textId="77777777" w:rsidR="007A6244" w:rsidRDefault="0058225A">
            <w:pPr>
              <w:keepNext/>
            </w:pPr>
            <w:r>
              <w:rPr>
                <w:b/>
                <w:color w:val="0D5F78"/>
              </w:rPr>
              <w:t>Telefon / fax</w:t>
            </w:r>
          </w:p>
          <w:p w14:paraId="6E8EA80E" w14:textId="77777777" w:rsidR="007A6244" w:rsidRDefault="007A6244">
            <w:pPr>
              <w:keepNext/>
            </w:pPr>
          </w:p>
        </w:tc>
        <w:tc>
          <w:tcPr>
            <w:tcW w:w="5621" w:type="dxa"/>
            <w:gridSpan w:val="5"/>
          </w:tcPr>
          <w:p w14:paraId="71D20CAE" w14:textId="77777777" w:rsidR="007A6244" w:rsidRDefault="0058225A">
            <w:pPr>
              <w:keepNext/>
            </w:pPr>
            <w:r>
              <w:rPr>
                <w:b/>
                <w:color w:val="0D5F78"/>
              </w:rPr>
              <w:t>E-mail</w:t>
            </w:r>
          </w:p>
          <w:p w14:paraId="223D691F" w14:textId="77777777" w:rsidR="007A6244" w:rsidRDefault="007A6244">
            <w:pPr>
              <w:keepNext/>
            </w:pPr>
          </w:p>
        </w:tc>
      </w:tr>
      <w:tr w:rsidR="007A6244" w14:paraId="26055188" w14:textId="77777777">
        <w:trPr>
          <w:cantSplit/>
        </w:trPr>
        <w:tc>
          <w:tcPr>
            <w:tcW w:w="9636" w:type="dxa"/>
            <w:gridSpan w:val="8"/>
            <w:shd w:val="clear" w:color="auto" w:fill="F4F4F4"/>
          </w:tcPr>
          <w:p w14:paraId="16506A29" w14:textId="77777777" w:rsidR="007A6244" w:rsidRDefault="0058225A">
            <w:pPr>
              <w:keepNext/>
            </w:pPr>
            <w:r>
              <w:rPr>
                <w:sz w:val="16"/>
              </w:rPr>
              <w:t xml:space="preserve"> Reprezentare</w:t>
            </w:r>
          </w:p>
        </w:tc>
      </w:tr>
      <w:tr w:rsidR="007A6244" w14:paraId="2B1D8BFF" w14:textId="77777777">
        <w:trPr>
          <w:cantSplit/>
          <w:trHeight w:val="510"/>
        </w:trPr>
        <w:tc>
          <w:tcPr>
            <w:tcW w:w="6424" w:type="dxa"/>
            <w:gridSpan w:val="6"/>
          </w:tcPr>
          <w:p w14:paraId="35158F72" w14:textId="77777777" w:rsidR="007A6244" w:rsidRDefault="0058225A">
            <w:r>
              <w:rPr>
                <w:b/>
                <w:color w:val="0D5F78"/>
              </w:rPr>
              <w:t>În calitate de reprezentant al</w:t>
            </w:r>
          </w:p>
          <w:p w14:paraId="172CD55E" w14:textId="77777777" w:rsidR="007A6244" w:rsidRDefault="007A6244"/>
        </w:tc>
        <w:tc>
          <w:tcPr>
            <w:tcW w:w="3212" w:type="dxa"/>
            <w:gridSpan w:val="2"/>
          </w:tcPr>
          <w:p w14:paraId="2E023F88" w14:textId="77777777" w:rsidR="007A6244" w:rsidRDefault="0058225A">
            <w:r>
              <w:rPr>
                <w:b/>
                <w:color w:val="0D5F78"/>
              </w:rPr>
              <w:t>CUI / CIF</w:t>
            </w:r>
          </w:p>
          <w:p w14:paraId="274C09B7" w14:textId="77777777" w:rsidR="007A6244" w:rsidRDefault="007A6244"/>
        </w:tc>
      </w:tr>
    </w:tbl>
    <w:p w14:paraId="2790794C" w14:textId="77777777" w:rsidR="007A6244" w:rsidRDefault="007A6244">
      <w:pPr>
        <w:spacing w:line="168" w:lineRule="auto"/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2409"/>
        <w:gridCol w:w="5621"/>
      </w:tblGrid>
      <w:tr w:rsidR="007A6244" w14:paraId="0CDDD608" w14:textId="77777777">
        <w:trPr>
          <w:cantSplit/>
        </w:trPr>
        <w:tc>
          <w:tcPr>
            <w:tcW w:w="9636" w:type="dxa"/>
            <w:gridSpan w:val="3"/>
            <w:shd w:val="clear" w:color="auto" w:fill="F4F4F4"/>
          </w:tcPr>
          <w:p w14:paraId="6C8A3345" w14:textId="77777777" w:rsidR="007A6244" w:rsidRDefault="0058225A">
            <w:pPr>
              <w:keepNext/>
            </w:pPr>
            <w:r>
              <w:rPr>
                <w:b/>
                <w:sz w:val="16"/>
              </w:rPr>
              <w:t xml:space="preserve"> 3. </w:t>
            </w:r>
            <w:r>
              <w:rPr>
                <w:b/>
                <w:color w:val="000000"/>
                <w:sz w:val="18"/>
              </w:rPr>
              <w:t>AUTORIZAȚIA DE CONSTRUIRE</w:t>
            </w:r>
          </w:p>
        </w:tc>
      </w:tr>
      <w:tr w:rsidR="007A6244" w14:paraId="4996068D" w14:textId="77777777">
        <w:trPr>
          <w:cantSplit/>
          <w:trHeight w:val="510"/>
        </w:trPr>
        <w:tc>
          <w:tcPr>
            <w:tcW w:w="1606" w:type="dxa"/>
          </w:tcPr>
          <w:p w14:paraId="35689D0A" w14:textId="77777777" w:rsidR="007A6244" w:rsidRDefault="0058225A">
            <w:r>
              <w:rPr>
                <w:b/>
                <w:color w:val="0D5F78"/>
              </w:rPr>
              <w:t>Nr.</w:t>
            </w:r>
          </w:p>
          <w:p w14:paraId="095D61F3" w14:textId="77777777" w:rsidR="007A6244" w:rsidRDefault="007A6244"/>
        </w:tc>
        <w:tc>
          <w:tcPr>
            <w:tcW w:w="2409" w:type="dxa"/>
          </w:tcPr>
          <w:p w14:paraId="5E836E88" w14:textId="77777777" w:rsidR="007A6244" w:rsidRDefault="0058225A">
            <w:r>
              <w:rPr>
                <w:b/>
                <w:color w:val="0D5F78"/>
              </w:rPr>
              <w:t>Din data</w:t>
            </w:r>
          </w:p>
          <w:p w14:paraId="73344DA4" w14:textId="77777777" w:rsidR="007A6244" w:rsidRDefault="007A6244"/>
        </w:tc>
        <w:tc>
          <w:tcPr>
            <w:tcW w:w="5621" w:type="dxa"/>
          </w:tcPr>
          <w:p w14:paraId="38937E8B" w14:textId="77777777" w:rsidR="007A6244" w:rsidRDefault="0058225A">
            <w:r>
              <w:rPr>
                <w:b/>
                <w:color w:val="0D5F78"/>
              </w:rPr>
              <w:t>Emisă de</w:t>
            </w:r>
          </w:p>
          <w:p w14:paraId="0D6A7EFA" w14:textId="77777777" w:rsidR="007A6244" w:rsidRDefault="007A6244"/>
        </w:tc>
      </w:tr>
    </w:tbl>
    <w:p w14:paraId="1B861EE0" w14:textId="77777777" w:rsidR="007A6244" w:rsidRDefault="007A6244">
      <w:pPr>
        <w:spacing w:line="168" w:lineRule="auto"/>
      </w:pPr>
    </w:p>
    <w:p w14:paraId="2148FFF5" w14:textId="4ABE98FB" w:rsidR="009D5BC3" w:rsidRDefault="0058225A" w:rsidP="009D5BC3">
      <w:pPr>
        <w:spacing w:before="80" w:after="60"/>
        <w:jc w:val="center"/>
        <w:rPr>
          <w:sz w:val="18"/>
        </w:rPr>
      </w:pPr>
      <w:r>
        <w:rPr>
          <w:sz w:val="18"/>
        </w:rPr>
        <w:t>în temeiul art. 309 – art. 310 din Legea nr. 169/2026 privind Codul amenajării teritoriului, urbanismului și construcțiilor,</w:t>
      </w:r>
    </w:p>
    <w:p w14:paraId="4857330C" w14:textId="0CFFB432" w:rsidR="009D5BC3" w:rsidRPr="007F2503" w:rsidRDefault="0058225A" w:rsidP="007F2503">
      <w:pPr>
        <w:keepNext/>
        <w:jc w:val="center"/>
        <w:rPr>
          <w:sz w:val="18"/>
          <w:szCs w:val="18"/>
          <w:lang w:val="fr-FR"/>
        </w:rPr>
      </w:pPr>
      <w:r w:rsidRPr="007F2503">
        <w:rPr>
          <w:sz w:val="18"/>
          <w:szCs w:val="18"/>
          <w:lang w:val="fr-FR"/>
        </w:rPr>
        <w:t>solicit:</w:t>
      </w:r>
    </w:p>
    <w:p w14:paraId="09133AEA" w14:textId="41C7D97B" w:rsidR="007F2503" w:rsidRPr="007F2503" w:rsidRDefault="009D5BC3" w:rsidP="007F2503">
      <w:pPr>
        <w:keepNext/>
        <w:jc w:val="center"/>
        <w:rPr>
          <w:sz w:val="20"/>
          <w:szCs w:val="20"/>
          <w:lang w:val="fr-FR"/>
        </w:rPr>
      </w:pPr>
      <w:r w:rsidRPr="007F2503">
        <w:rPr>
          <w:sz w:val="20"/>
          <w:szCs w:val="20"/>
          <w:lang w:val="fr-FR"/>
        </w:rPr>
        <w:t>☐ prelungirea DURATEI DE EXECUȚIE, pentru cel mult 12 luni  /</w:t>
      </w:r>
    </w:p>
    <w:p w14:paraId="035B2E14" w14:textId="2AEF1F8C" w:rsidR="007A6244" w:rsidRPr="007F2503" w:rsidRDefault="009D5BC3" w:rsidP="007F2503">
      <w:pPr>
        <w:keepNext/>
        <w:jc w:val="center"/>
        <w:rPr>
          <w:sz w:val="20"/>
          <w:szCs w:val="20"/>
          <w:lang w:val="fr-FR"/>
        </w:rPr>
      </w:pPr>
      <w:r w:rsidRPr="007F2503">
        <w:rPr>
          <w:sz w:val="20"/>
          <w:szCs w:val="20"/>
          <w:lang w:val="fr-FR"/>
        </w:rPr>
        <w:t>☐ prelungirea VALABILITĂȚII autorizației, pentru cel mult 12 luni</w:t>
      </w: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4818"/>
        <w:gridCol w:w="4818"/>
      </w:tblGrid>
      <w:tr w:rsidR="007A6244" w14:paraId="23C4BF84" w14:textId="77777777">
        <w:trPr>
          <w:cantSplit/>
          <w:trHeight w:val="510"/>
        </w:trPr>
        <w:tc>
          <w:tcPr>
            <w:tcW w:w="4818" w:type="dxa"/>
          </w:tcPr>
          <w:p w14:paraId="3A499E2D" w14:textId="77777777" w:rsidR="007A6244" w:rsidRDefault="0058225A">
            <w:pPr>
              <w:keepNext/>
            </w:pPr>
            <w:r>
              <w:rPr>
                <w:b/>
                <w:color w:val="0D5F78"/>
              </w:rPr>
              <w:t>De la data</w:t>
            </w:r>
          </w:p>
          <w:p w14:paraId="354602FC" w14:textId="77777777" w:rsidR="007A6244" w:rsidRDefault="007A6244">
            <w:pPr>
              <w:keepNext/>
            </w:pPr>
          </w:p>
        </w:tc>
        <w:tc>
          <w:tcPr>
            <w:tcW w:w="4818" w:type="dxa"/>
          </w:tcPr>
          <w:p w14:paraId="59ED40D5" w14:textId="77777777" w:rsidR="007A6244" w:rsidRDefault="0058225A">
            <w:pPr>
              <w:keepNext/>
            </w:pPr>
            <w:r>
              <w:rPr>
                <w:b/>
                <w:color w:val="0D5F78"/>
              </w:rPr>
              <w:t>Până la data</w:t>
            </w:r>
          </w:p>
          <w:p w14:paraId="7DDD098F" w14:textId="77777777" w:rsidR="007A6244" w:rsidRDefault="007A6244">
            <w:pPr>
              <w:keepNext/>
            </w:pPr>
          </w:p>
        </w:tc>
      </w:tr>
      <w:tr w:rsidR="007A6244" w14:paraId="437193AC" w14:textId="77777777">
        <w:trPr>
          <w:cantSplit/>
          <w:trHeight w:val="510"/>
        </w:trPr>
        <w:tc>
          <w:tcPr>
            <w:tcW w:w="4818" w:type="dxa"/>
          </w:tcPr>
          <w:p w14:paraId="4DF3FB80" w14:textId="77777777" w:rsidR="007A6244" w:rsidRDefault="0058225A">
            <w:pPr>
              <w:keepNext/>
            </w:pPr>
            <w:r>
              <w:rPr>
                <w:b/>
                <w:color w:val="0D5F78"/>
              </w:rPr>
              <w:t>Stadiul lucrărilor (%)</w:t>
            </w:r>
          </w:p>
          <w:p w14:paraId="24044175" w14:textId="77777777" w:rsidR="007A6244" w:rsidRDefault="007A6244">
            <w:pPr>
              <w:keepNext/>
            </w:pPr>
          </w:p>
        </w:tc>
        <w:tc>
          <w:tcPr>
            <w:tcW w:w="4818" w:type="dxa"/>
          </w:tcPr>
          <w:p w14:paraId="524FE4D1" w14:textId="77777777" w:rsidR="007A6244" w:rsidRDefault="0058225A">
            <w:pPr>
              <w:keepNext/>
            </w:pPr>
            <w:r>
              <w:rPr>
                <w:b/>
                <w:color w:val="0D5F78"/>
              </w:rPr>
              <w:t>Data începerii efective</w:t>
            </w:r>
          </w:p>
          <w:p w14:paraId="5E0A126C" w14:textId="77777777" w:rsidR="007A6244" w:rsidRDefault="007A6244">
            <w:pPr>
              <w:keepNext/>
            </w:pPr>
          </w:p>
        </w:tc>
      </w:tr>
      <w:tr w:rsidR="007A6244" w:rsidRPr="007F2503" w14:paraId="2FF65CEB" w14:textId="77777777">
        <w:trPr>
          <w:cantSplit/>
        </w:trPr>
        <w:tc>
          <w:tcPr>
            <w:tcW w:w="9636" w:type="dxa"/>
            <w:gridSpan w:val="2"/>
            <w:shd w:val="clear" w:color="auto" w:fill="F4F4F4"/>
          </w:tcPr>
          <w:p w14:paraId="773B1089" w14:textId="77777777" w:rsidR="007A6244" w:rsidRPr="009D5BC3" w:rsidRDefault="0058225A">
            <w:pPr>
              <w:keepNext/>
              <w:rPr>
                <w:lang w:val="fr-FR"/>
              </w:rPr>
            </w:pPr>
            <w:r w:rsidRPr="009D5BC3">
              <w:rPr>
                <w:sz w:val="16"/>
                <w:lang w:val="fr-FR"/>
              </w:rPr>
              <w:t xml:space="preserve"> Lucrările rămase de executat și motivarea</w:t>
            </w:r>
          </w:p>
        </w:tc>
      </w:tr>
      <w:tr w:rsidR="007A6244" w:rsidRPr="007F2503" w14:paraId="723B2689" w14:textId="77777777">
        <w:trPr>
          <w:cantSplit/>
        </w:trPr>
        <w:tc>
          <w:tcPr>
            <w:tcW w:w="9636" w:type="dxa"/>
            <w:gridSpan w:val="2"/>
          </w:tcPr>
          <w:p w14:paraId="195774AC" w14:textId="77777777" w:rsidR="007A6244" w:rsidRPr="009D5BC3" w:rsidRDefault="007A6244">
            <w:pPr>
              <w:pBdr>
                <w:bottom w:val="dotted" w:sz="6" w:space="0" w:color="999999"/>
              </w:pBdr>
              <w:spacing w:after="80"/>
              <w:rPr>
                <w:lang w:val="fr-FR"/>
              </w:rPr>
            </w:pPr>
          </w:p>
          <w:p w14:paraId="4B23A108" w14:textId="77777777" w:rsidR="007A6244" w:rsidRPr="009D5BC3" w:rsidRDefault="007A6244">
            <w:pPr>
              <w:pBdr>
                <w:bottom w:val="dotted" w:sz="6" w:space="0" w:color="999999"/>
              </w:pBdr>
              <w:spacing w:after="80"/>
              <w:rPr>
                <w:lang w:val="fr-FR"/>
              </w:rPr>
            </w:pPr>
          </w:p>
          <w:p w14:paraId="30E592BD" w14:textId="77777777" w:rsidR="007A6244" w:rsidRPr="009D5BC3" w:rsidRDefault="007A6244">
            <w:pPr>
              <w:pBdr>
                <w:bottom w:val="dotted" w:sz="6" w:space="0" w:color="999999"/>
              </w:pBdr>
              <w:spacing w:after="80"/>
              <w:rPr>
                <w:lang w:val="fr-FR"/>
              </w:rPr>
            </w:pPr>
          </w:p>
        </w:tc>
      </w:tr>
    </w:tbl>
    <w:p w14:paraId="624259B7" w14:textId="77777777" w:rsidR="007A6244" w:rsidRPr="009D5BC3" w:rsidRDefault="007A6244">
      <w:pPr>
        <w:spacing w:line="168" w:lineRule="auto"/>
        <w:rPr>
          <w:lang w:val="fr-FR"/>
        </w:rPr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9636"/>
      </w:tblGrid>
      <w:tr w:rsidR="007A6244" w14:paraId="00ED70C9" w14:textId="77777777">
        <w:trPr>
          <w:cantSplit/>
        </w:trPr>
        <w:tc>
          <w:tcPr>
            <w:tcW w:w="9636" w:type="dxa"/>
            <w:shd w:val="clear" w:color="auto" w:fill="F4F4F4"/>
          </w:tcPr>
          <w:p w14:paraId="2678BCBD" w14:textId="77777777" w:rsidR="007A6244" w:rsidRDefault="0058225A">
            <w:pPr>
              <w:keepNext/>
            </w:pPr>
            <w:r w:rsidRPr="009D5BC3">
              <w:rPr>
                <w:b/>
                <w:sz w:val="16"/>
                <w:lang w:val="fr-FR"/>
              </w:rPr>
              <w:t xml:space="preserve"> </w:t>
            </w:r>
            <w:r>
              <w:rPr>
                <w:b/>
                <w:sz w:val="16"/>
              </w:rPr>
              <w:t xml:space="preserve">5. </w:t>
            </w:r>
            <w:r>
              <w:rPr>
                <w:b/>
                <w:color w:val="000000"/>
                <w:sz w:val="18"/>
              </w:rPr>
              <w:t>SE ANEXEAZĂ</w:t>
            </w:r>
          </w:p>
        </w:tc>
      </w:tr>
      <w:tr w:rsidR="007A6244" w:rsidRPr="007F2503" w14:paraId="6B6A0EA2" w14:textId="77777777">
        <w:trPr>
          <w:cantSplit/>
        </w:trPr>
        <w:tc>
          <w:tcPr>
            <w:tcW w:w="9636" w:type="dxa"/>
          </w:tcPr>
          <w:p w14:paraId="300C857E" w14:textId="77777777" w:rsidR="007A6244" w:rsidRPr="009D5BC3" w:rsidRDefault="0058225A">
            <w:pPr>
              <w:rPr>
                <w:lang w:val="fr-FR"/>
              </w:rPr>
            </w:pPr>
            <w:r w:rsidRPr="009D5BC3">
              <w:rPr>
                <w:sz w:val="16"/>
                <w:lang w:val="fr-FR"/>
              </w:rPr>
              <w:t xml:space="preserve"> ☐ autorizația de construire (în original)     ☐ documentul privind achitarea taxei (copie)</w:t>
            </w:r>
          </w:p>
        </w:tc>
      </w:tr>
    </w:tbl>
    <w:p w14:paraId="5EC05CB7" w14:textId="77777777" w:rsidR="007A6244" w:rsidRPr="009D5BC3" w:rsidRDefault="007A6244">
      <w:pPr>
        <w:spacing w:line="168" w:lineRule="auto"/>
        <w:rPr>
          <w:lang w:val="fr-FR"/>
        </w:rPr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4818"/>
        <w:gridCol w:w="3212"/>
      </w:tblGrid>
      <w:tr w:rsidR="007A6244" w14:paraId="02CA662B" w14:textId="77777777" w:rsidTr="007F2503">
        <w:trPr>
          <w:cantSplit/>
        </w:trPr>
        <w:tc>
          <w:tcPr>
            <w:tcW w:w="9636" w:type="dxa"/>
            <w:gridSpan w:val="3"/>
            <w:tcBorders>
              <w:bottom w:val="single" w:sz="4" w:space="0" w:color="auto"/>
            </w:tcBorders>
            <w:shd w:val="clear" w:color="auto" w:fill="F4F4F4"/>
          </w:tcPr>
          <w:p w14:paraId="14B1C475" w14:textId="77777777" w:rsidR="007A6244" w:rsidRDefault="0058225A">
            <w:pPr>
              <w:keepNext/>
            </w:pPr>
            <w:r w:rsidRPr="009D5BC3">
              <w:rPr>
                <w:b/>
                <w:sz w:val="16"/>
                <w:lang w:val="fr-FR"/>
              </w:rPr>
              <w:t xml:space="preserve"> </w:t>
            </w:r>
            <w:r>
              <w:rPr>
                <w:b/>
                <w:sz w:val="16"/>
              </w:rPr>
              <w:t xml:space="preserve">6. </w:t>
            </w:r>
            <w:r>
              <w:rPr>
                <w:b/>
                <w:color w:val="000000"/>
                <w:sz w:val="18"/>
              </w:rPr>
              <w:t>DATA ȘI SEMNĂTURA</w:t>
            </w:r>
          </w:p>
        </w:tc>
      </w:tr>
      <w:tr w:rsidR="007A6244" w14:paraId="0C1B9847" w14:textId="77777777" w:rsidTr="007F2503">
        <w:trPr>
          <w:cantSplit/>
          <w:trHeight w:val="510"/>
        </w:trPr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E32CC" w14:textId="77777777" w:rsidR="007A6244" w:rsidRDefault="0058225A">
            <w:r>
              <w:rPr>
                <w:b/>
                <w:color w:val="0D5F78"/>
              </w:rPr>
              <w:t>Data</w:t>
            </w:r>
          </w:p>
          <w:p w14:paraId="00AF9847" w14:textId="77777777" w:rsidR="007A6244" w:rsidRDefault="007A6244"/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18FF1" w14:textId="77777777" w:rsidR="007A6244" w:rsidRDefault="0058225A">
            <w:r>
              <w:rPr>
                <w:b/>
                <w:color w:val="0D5F78"/>
              </w:rPr>
              <w:t>Titularul autorizației</w:t>
            </w:r>
          </w:p>
          <w:p w14:paraId="7EABFA92" w14:textId="77777777" w:rsidR="007A6244" w:rsidRDefault="007A6244"/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8BFAE" w14:textId="77777777" w:rsidR="007A6244" w:rsidRDefault="0058225A">
            <w:r>
              <w:rPr>
                <w:b/>
                <w:color w:val="0D5F78"/>
              </w:rPr>
              <w:t>Semnătura</w:t>
            </w:r>
          </w:p>
          <w:p w14:paraId="189E4DCE" w14:textId="77777777" w:rsidR="007A6244" w:rsidRDefault="007A6244"/>
        </w:tc>
      </w:tr>
    </w:tbl>
    <w:p w14:paraId="19AD975D" w14:textId="77777777" w:rsidR="007A6244" w:rsidRDefault="007A6244">
      <w:pPr>
        <w:spacing w:line="168" w:lineRule="auto"/>
      </w:pPr>
    </w:p>
    <w:sectPr w:rsidR="007A6244" w:rsidSect="00034616">
      <w:footerReference w:type="default" r:id="rId10"/>
      <w:pgSz w:w="11906" w:h="16838"/>
      <w:pgMar w:top="567" w:right="1134" w:bottom="454" w:left="1134" w:header="720" w:footer="22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EBB3F2" w14:textId="77777777" w:rsidR="00A43D71" w:rsidRDefault="00A43D71">
      <w:r>
        <w:separator/>
      </w:r>
    </w:p>
  </w:endnote>
  <w:endnote w:type="continuationSeparator" w:id="0">
    <w:p w14:paraId="609AF5F0" w14:textId="77777777" w:rsidR="00A43D71" w:rsidRDefault="00A43D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7319F4" w14:textId="7691D8E7" w:rsidR="007A6244" w:rsidRDefault="0058225A">
    <w:pPr>
      <w:pStyle w:val="Footer"/>
      <w:tabs>
        <w:tab w:val="right" w:pos="9639"/>
      </w:tabs>
    </w:pPr>
    <w:r>
      <w:rPr>
        <w:color w:val="595959"/>
      </w:rPr>
      <w:t>F_A_02 · versiunea 1.0</w:t>
    </w:r>
    <w:r>
      <w:rPr>
        <w:color w:val="595959"/>
      </w:rPr>
      <w:tab/>
      <w:t xml:space="preserve">pagina </w:t>
    </w:r>
    <w:r>
      <w:rPr>
        <w:color w:val="595959"/>
      </w:rPr>
      <w:fldChar w:fldCharType="begin"/>
    </w:r>
    <w:r>
      <w:rPr>
        <w:color w:val="595959"/>
      </w:rPr>
      <w:instrText xml:space="preserve"> PAGE </w:instrText>
    </w:r>
    <w:r>
      <w:rPr>
        <w:color w:val="595959"/>
      </w:rPr>
      <w:fldChar w:fldCharType="separate"/>
    </w:r>
    <w:r w:rsidR="00AA7A00">
      <w:rPr>
        <w:noProof/>
        <w:color w:val="595959"/>
      </w:rPr>
      <w:t>1</w:t>
    </w:r>
    <w:r>
      <w:rPr>
        <w:color w:val="595959"/>
      </w:rPr>
      <w:fldChar w:fldCharType="end"/>
    </w:r>
    <w:r>
      <w:rPr>
        <w:color w:val="595959"/>
      </w:rPr>
      <w:t xml:space="preserve"> din </w:t>
    </w:r>
    <w:r>
      <w:rPr>
        <w:color w:val="595959"/>
      </w:rPr>
      <w:fldChar w:fldCharType="begin"/>
    </w:r>
    <w:r>
      <w:rPr>
        <w:color w:val="595959"/>
      </w:rPr>
      <w:instrText xml:space="preserve"> NUMPAGES </w:instrText>
    </w:r>
    <w:r>
      <w:rPr>
        <w:color w:val="595959"/>
      </w:rPr>
      <w:fldChar w:fldCharType="separate"/>
    </w:r>
    <w:r w:rsidR="00AA7A00">
      <w:rPr>
        <w:noProof/>
        <w:color w:val="595959"/>
      </w:rPr>
      <w:t>1</w:t>
    </w:r>
    <w:r>
      <w:rPr>
        <w:color w:val="595959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1318D3" w14:textId="77777777" w:rsidR="00A43D71" w:rsidRDefault="00A43D71">
      <w:r>
        <w:separator/>
      </w:r>
    </w:p>
  </w:footnote>
  <w:footnote w:type="continuationSeparator" w:id="0">
    <w:p w14:paraId="62207FB1" w14:textId="77777777" w:rsidR="00A43D71" w:rsidRDefault="00A43D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58225A"/>
    <w:rsid w:val="005A1E13"/>
    <w:rsid w:val="006C103E"/>
    <w:rsid w:val="0071655F"/>
    <w:rsid w:val="007A6244"/>
    <w:rsid w:val="007F2503"/>
    <w:rsid w:val="009C5408"/>
    <w:rsid w:val="009D5BC3"/>
    <w:rsid w:val="00A43D71"/>
    <w:rsid w:val="00AA1D8D"/>
    <w:rsid w:val="00AA7A00"/>
    <w:rsid w:val="00B07360"/>
    <w:rsid w:val="00B47730"/>
    <w:rsid w:val="00CB0664"/>
    <w:rsid w:val="00D21BCF"/>
    <w:rsid w:val="00E61A6B"/>
    <w:rsid w:val="00F816D8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FB27A3D"/>
  <w14:defaultImageDpi w14:val="300"/>
  <w15:docId w15:val="{4A0E0516-4648-4975-808B-68AC65BFD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  <w:pPr>
      <w:spacing w:after="0" w:line="240" w:lineRule="auto"/>
    </w:pPr>
    <w:rPr>
      <w:rFonts w:ascii="Times New Roman" w:hAnsi="Times New Roman"/>
      <w:sz w:val="15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semiHidden/>
    <w:unhideWhenUsed/>
    <w:rsid w:val="005A1E1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csjbacau@csjbacau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7BFFBA8-17BE-4976-87C7-BBE1E5A053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228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Cornelia Munteanu</dc:creator>
  <cp:keywords/>
  <cp:lastModifiedBy>Cornelia Munteanu</cp:lastModifiedBy>
  <cp:revision>4</cp:revision>
  <dcterms:created xsi:type="dcterms:W3CDTF">2026-08-31T07:47:00Z</dcterms:created>
  <dcterms:modified xsi:type="dcterms:W3CDTF">2026-08-31T08:13:00Z</dcterms:modified>
  <cp:category/>
</cp:coreProperties>
</file>